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2-Day Maths Home Learning (Year 3/4 - Reasoning)</w:t>
      </w:r>
    </w:p>
    <w:p>
      <w:pPr>
        <w:pStyle w:val="Heading1"/>
      </w:pPr>
      <w:r>
        <w:t>Day 1: Angles and Turns</w:t>
      </w:r>
    </w:p>
    <w:p>
      <w:pPr>
        <w:pStyle w:val="Heading2"/>
      </w:pPr>
      <w:r>
        <w:t>Understanding Angles</w:t>
      </w:r>
    </w:p>
    <w:p>
      <w:r>
        <w:t>An angle is the amount of turn between two lines that meet at a point.</w:t>
      </w:r>
    </w:p>
    <w:p>
      <w:r>
        <w:t>There are different types of angles. You must learn to recognise them using MORE THAN ONE clue.</w:t>
      </w:r>
    </w:p>
    <w:p>
      <w:r>
        <w:t>Acute angle:</w:t>
        <w:br/>
        <w:t>- Smaller than a right angle (less than 90°)</w:t>
        <w:br/>
        <w:t>- Looks narrow</w:t>
        <w:br/>
        <w:t>Example: 30° or 45°</w:t>
      </w:r>
    </w:p>
    <w:p>
      <w:r>
        <w:t>Right angle:</w:t>
        <w:br/>
        <w:t>- Exactly 90°</w:t>
        <w:br/>
        <w:t>- Same as the corner of a square or book</w:t>
        <w:br/>
        <w:t>Example: corner of a page</w:t>
      </w:r>
    </w:p>
    <w:p>
      <w:r>
        <w:t>Obtuse angle:</w:t>
        <w:br/>
        <w:t>- Bigger than a right angle but smaller than a straight line (between 90° and 180°)</w:t>
        <w:br/>
        <w:t>- Looks wide</w:t>
        <w:br/>
        <w:t>Example: 120°</w:t>
      </w:r>
    </w:p>
    <w:p>
      <w:r>
        <w:t>Straight angle:</w:t>
        <w:br/>
        <w:t>- Exactly 180°</w:t>
        <w:br/>
        <w:t>- Forms a straight line</w:t>
      </w:r>
    </w:p>
    <w:p>
      <w:r>
        <w:drawing>
          <wp:inline xmlns:a="http://schemas.openxmlformats.org/drawingml/2006/main" xmlns:pic="http://schemas.openxmlformats.org/drawingml/2006/picture">
            <wp:extent cx="2286000" cy="2286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ngl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Worked Example:</w:t>
        <w:br/>
        <w:t>This angle is smaller than a square corner AND less than 90°.</w:t>
        <w:br/>
        <w:t>This means it is an acute angle.</w:t>
      </w:r>
    </w:p>
    <w:p>
      <w:r>
        <w:t>Questions:</w:t>
        <w:br/>
        <w:t>1. An angle is bigger than a right angle AND smaller than 180°. What is it? Explain using both clues.</w:t>
        <w:br/>
        <w:t>2. An angle is exactly the same as the corner of a square AND measures 90°. What is it?</w:t>
        <w:br/>
        <w:t>3. An angle is narrow AND less than 90°. What type could it be?</w:t>
        <w:br/>
        <w:t>4. Compare 40° and 120°. Which is larger AND how do you know?</w:t>
        <w:br/>
        <w:t>5. Order 20°, 150°, 90°, 45° from smallest to largest AND explain.</w:t>
      </w:r>
    </w:p>
    <w:p>
      <w:pPr>
        <w:pStyle w:val="Heading2"/>
      </w:pPr>
      <w:r>
        <w:t>Turns</w:t>
      </w:r>
    </w:p>
    <w:p>
      <w:r>
        <w:t>A turn tells us how far something rotates.</w:t>
      </w:r>
    </w:p>
    <w:p>
      <w:r>
        <w:t>Quarter turn = 90°</w:t>
        <w:br/>
        <w:t>Half turn = 180°</w:t>
        <w:br/>
        <w:t>Three-quarter turn = 270°</w:t>
        <w:br/>
        <w:t>Full turn = 360°</w:t>
      </w:r>
    </w:p>
    <w:p>
      <w:r>
        <w:t>Worked Example:</w:t>
        <w:br/>
        <w:t>If you face north and make a quarter turn clockwise (90°), you will face east.</w:t>
      </w:r>
    </w:p>
    <w:p>
      <w:r>
        <w:t>Questions:</w:t>
        <w:br/>
        <w:t>6. Facing south, you make a half turn (180°). Which direction now AND why?</w:t>
        <w:br/>
        <w:t>7. Facing west, you make a quarter turn anti-clockwise. Where do you face? Explain.</w:t>
        <w:br/>
        <w:t>8. Which is greater: a half turn or two quarter turns? Explain your thinking.</w:t>
        <w:br/>
        <w:t>9. Describe what happens when you make a full turn.</w:t>
        <w:br/>
        <w:t>10. If you make three quarter turns, how many degrees have you turned?</w:t>
      </w:r>
    </w:p>
    <w:p>
      <w:pPr>
        <w:pStyle w:val="Heading1"/>
      </w:pPr>
      <w:r>
        <w:t>Day 2: Lines and Shapes</w:t>
      </w:r>
    </w:p>
    <w:p>
      <w:pPr>
        <w:pStyle w:val="Heading2"/>
      </w:pPr>
      <w:r>
        <w:t>Types of Lines</w:t>
      </w:r>
    </w:p>
    <w:p>
      <w:r>
        <w:t>Parallel lines:</w:t>
        <w:br/>
        <w:t>- Never meet</w:t>
        <w:br/>
        <w:t>- Stay the same distance apart</w:t>
      </w:r>
    </w:p>
    <w:p>
      <w:r>
        <w:t>Perpendicular lines:</w:t>
        <w:br/>
        <w:t>- Meet at a right angle (90°)</w:t>
      </w:r>
    </w:p>
    <w:p>
      <w:r>
        <w:t>Worked Example:</w:t>
        <w:br/>
        <w:t>Two lines that never meet AND stay equal distance apart are parallel.</w:t>
      </w:r>
    </w:p>
    <w:p>
      <w:r>
        <w:t>Questions:</w:t>
        <w:br/>
        <w:t>11. Which lines would never meet AND why?</w:t>
        <w:br/>
        <w:t>12. Which lines meet to form a square corner AND what are they called?</w:t>
        <w:br/>
        <w:t>13. Give a real-life example that has BOTH parallel and perpendicular lines.</w:t>
      </w:r>
    </w:p>
    <w:p>
      <w:pPr>
        <w:pStyle w:val="Heading2"/>
      </w:pPr>
      <w:r>
        <w:t>Triangles</w:t>
      </w:r>
    </w:p>
    <w:p>
      <w:r>
        <w:t>Equilateral triangle:</w:t>
        <w:br/>
        <w:t>- All 3 sides equal</w:t>
        <w:br/>
        <w:t>- All angles equal</w:t>
      </w:r>
    </w:p>
    <w:p>
      <w:r>
        <w:t>Isosceles triangle:</w:t>
        <w:br/>
        <w:t>- 2 sides equal</w:t>
        <w:br/>
        <w:t>- 2 angles equal</w:t>
      </w:r>
    </w:p>
    <w:p>
      <w:r>
        <w:t>Scalene triangle:</w:t>
        <w:br/>
        <w:t>- No equal sides</w:t>
        <w:br/>
        <w:t>- All sides different</w:t>
      </w:r>
    </w:p>
    <w:p>
      <w:r>
        <w:t>Right-angled triangle:</w:t>
        <w:br/>
        <w:t>- Has one 90° angle</w:t>
      </w:r>
    </w:p>
    <w:p>
      <w:r>
        <w:t>Worked Example:</w:t>
        <w:br/>
        <w:t>If a triangle has 2 equal sides AND 1 different side, it is isosceles.</w:t>
      </w:r>
    </w:p>
    <w:p>
      <w:r>
        <w:t>Questions:</w:t>
        <w:br/>
        <w:t>14. A triangle has all sides equal AND equal angles. What is it?</w:t>
        <w:br/>
        <w:t>15. A triangle has no equal sides AND all angles different. What is it?</w:t>
        <w:br/>
        <w:t>16. Can a triangle have a right angle AND equal sides? Explain your reasoning.</w:t>
      </w:r>
    </w:p>
    <w:p>
      <w:pPr>
        <w:pStyle w:val="Heading2"/>
      </w:pPr>
      <w:r>
        <w:t>Quadrilaterals</w:t>
      </w:r>
    </w:p>
    <w:p>
      <w:r>
        <w:t>A quadrilateral is a shape with 4 sides.</w:t>
      </w:r>
    </w:p>
    <w:p>
      <w:r>
        <w:t>Square:</w:t>
        <w:br/>
        <w:t>- 4 equal sides</w:t>
        <w:br/>
        <w:t>- 4 right angles</w:t>
      </w:r>
    </w:p>
    <w:p>
      <w:r>
        <w:t>Rectangle:</w:t>
        <w:br/>
        <w:t>- Opposite sides equal</w:t>
        <w:br/>
        <w:t>- 4 right angles</w:t>
      </w:r>
    </w:p>
    <w:p>
      <w:r>
        <w:t>Trapezium:</w:t>
        <w:br/>
        <w:t>- At least one pair of parallel sides</w:t>
      </w:r>
    </w:p>
    <w:p>
      <w:r>
        <w:t>Worked Example:</w:t>
        <w:br/>
        <w:t>A shape with 4 equal sides AND 4 right angles is a square.</w:t>
      </w:r>
    </w:p>
    <w:p>
      <w:r>
        <w:t>Questions:</w:t>
        <w:br/>
        <w:t>17. A shape has 4 sides AND opposite sides equal. What could it be?</w:t>
        <w:br/>
        <w:t>18. A shape has 4 sides AND only one pair of parallel sides. What could it be?</w:t>
        <w:br/>
        <w:t>19. Give TWO differences between a square and a rectangle.</w:t>
      </w:r>
    </w:p>
    <w:p>
      <w:pPr>
        <w:pStyle w:val="Heading2"/>
      </w:pPr>
      <w:r>
        <w:t>Polygons</w:t>
      </w:r>
    </w:p>
    <w:p>
      <w:r>
        <w:t>A polygon is a shape with straight sides.</w:t>
      </w:r>
    </w:p>
    <w:p>
      <w:r>
        <w:t>Pentagon = 5 sides</w:t>
        <w:br/>
        <w:t>Hexagon = 6 sides</w:t>
      </w:r>
    </w:p>
    <w:p>
      <w:r>
        <w:t>Worked Example:</w:t>
        <w:br/>
        <w:t>A shape with 5 sides AND 5 corners is a pentagon.</w:t>
      </w:r>
    </w:p>
    <w:p>
      <w:r>
        <w:t>Questions:</w:t>
        <w:br/>
        <w:t>20. A shape has 6 straight sides AND 6 corners. What is it?</w:t>
        <w:br/>
        <w:t>21. Explain why a circle is NOT a polygon using TWO reasons.</w:t>
        <w:br/>
        <w:t>22. Create your own shape description using at least TWO clues.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Supply</dc:creator>
  <keywords/>
  <dc:description>generated by python-docx</dc:description>
  <lastModifiedBy>Supply</lastModifiedBy>
  <revision>1</revision>
  <dcterms:created xsi:type="dcterms:W3CDTF">2026-06-23T11:23:25.8590674Z</dcterms:created>
  <dcterms:modified xsi:type="dcterms:W3CDTF">2026-06-23T11:23:25.8590674Z</dcterms:modified>
  <category/>
</coreProperties>
</file>